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9948" w14:textId="4DF6C621" w:rsidR="00701246" w:rsidRPr="00236D15" w:rsidRDefault="00C1021F">
      <w:pPr>
        <w:pStyle w:val="Titel"/>
        <w:rPr>
          <w:rFonts w:ascii="Georgia" w:hAnsi="Georgia"/>
          <w:b/>
          <w:bCs/>
          <w:color w:val="auto"/>
          <w:sz w:val="24"/>
          <w:szCs w:val="24"/>
          <w:lang w:val="da-DK"/>
        </w:rPr>
      </w:pPr>
      <w:r w:rsidRPr="00236D15">
        <w:rPr>
          <w:rFonts w:ascii="Georgia" w:hAnsi="Georgia"/>
          <w:b/>
          <w:bCs/>
          <w:color w:val="auto"/>
          <w:sz w:val="24"/>
          <w:szCs w:val="24"/>
          <w:lang w:val="da-DK"/>
        </w:rPr>
        <w:t>Funktions- og opgavebeskrivelse</w:t>
      </w:r>
      <w:r w:rsidR="00236D15">
        <w:rPr>
          <w:rFonts w:ascii="Georgia" w:hAnsi="Georgia"/>
          <w:b/>
          <w:bCs/>
          <w:color w:val="auto"/>
          <w:sz w:val="24"/>
          <w:szCs w:val="24"/>
          <w:lang w:val="da-DK"/>
        </w:rPr>
        <w:t xml:space="preserve"> for</w:t>
      </w:r>
      <w:r w:rsidRPr="00236D15">
        <w:rPr>
          <w:rFonts w:ascii="Georgia" w:hAnsi="Georgia"/>
          <w:b/>
          <w:bCs/>
          <w:color w:val="auto"/>
          <w:sz w:val="24"/>
          <w:szCs w:val="24"/>
          <w:lang w:val="da-DK"/>
        </w:rPr>
        <w:t xml:space="preserve"> Ledelsessekretariatet i Arbejdsmarked og Social</w:t>
      </w:r>
    </w:p>
    <w:p w14:paraId="4C813BFE" w14:textId="77777777" w:rsidR="00701246" w:rsidRPr="00236D15" w:rsidRDefault="00C1021F">
      <w:pPr>
        <w:pStyle w:val="Overskrift1"/>
        <w:rPr>
          <w:rFonts w:ascii="Georgia" w:hAnsi="Georgia"/>
          <w:color w:val="auto"/>
          <w:sz w:val="22"/>
          <w:szCs w:val="22"/>
          <w:lang w:val="da-DK"/>
        </w:rPr>
      </w:pPr>
      <w:r w:rsidRPr="00236D15">
        <w:rPr>
          <w:rFonts w:ascii="Georgia" w:hAnsi="Georgia"/>
          <w:color w:val="auto"/>
          <w:sz w:val="22"/>
          <w:szCs w:val="22"/>
          <w:lang w:val="da-DK"/>
        </w:rPr>
        <w:t>Formål og kerneopgave</w:t>
      </w:r>
    </w:p>
    <w:p w14:paraId="02DF6197" w14:textId="77777777" w:rsidR="00DF14B1" w:rsidRDefault="00B361C3" w:rsidP="00FC5EEA">
      <w:pPr>
        <w:rPr>
          <w:rFonts w:ascii="Georgia" w:hAnsi="Georgia"/>
          <w:lang w:val="da-DK"/>
        </w:rPr>
      </w:pPr>
      <w:r w:rsidRPr="00C80459">
        <w:rPr>
          <w:rFonts w:ascii="Georgia" w:hAnsi="Georgia"/>
          <w:lang w:val="da-DK"/>
        </w:rPr>
        <w:t>Ledelsessekretariatet fungerer som det organisatoriske bindeled mellem strategi og drift og er med til at understøtte og facilitere beslutninger, processer og kommunikation.</w:t>
      </w:r>
      <w:r>
        <w:rPr>
          <w:rFonts w:ascii="Georgia" w:hAnsi="Georgia"/>
          <w:lang w:val="da-DK"/>
        </w:rPr>
        <w:t xml:space="preserve"> </w:t>
      </w:r>
    </w:p>
    <w:p w14:paraId="57880B02" w14:textId="53434C9D" w:rsidR="00FC5EEA" w:rsidRPr="00FC5EEA" w:rsidRDefault="00B361C3" w:rsidP="00FC5EEA">
      <w:pPr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br/>
      </w:r>
      <w:r w:rsidR="00C1021F" w:rsidRPr="00236D15">
        <w:rPr>
          <w:rFonts w:ascii="Georgia" w:hAnsi="Georgia"/>
          <w:lang w:val="da-DK"/>
        </w:rPr>
        <w:t xml:space="preserve">Ledelsessekretariatet i Arbejdsmarked og Social har som kerneopgave at understøtte den samlede chef- og ledergruppe i at sikre kurs, koordinering og </w:t>
      </w:r>
      <w:proofErr w:type="spellStart"/>
      <w:r w:rsidR="00C1021F" w:rsidRPr="00236D15">
        <w:rPr>
          <w:rFonts w:ascii="Georgia" w:hAnsi="Georgia"/>
          <w:lang w:val="da-DK"/>
        </w:rPr>
        <w:t>commitment</w:t>
      </w:r>
      <w:proofErr w:type="spellEnd"/>
      <w:r w:rsidR="00C1021F" w:rsidRPr="00236D15">
        <w:rPr>
          <w:rFonts w:ascii="Georgia" w:hAnsi="Georgia"/>
          <w:lang w:val="da-DK"/>
        </w:rPr>
        <w:t xml:space="preserve"> i organisationens strategiske og administrative opgaveløsning</w:t>
      </w:r>
      <w:r w:rsidR="00DF14B1">
        <w:rPr>
          <w:rFonts w:ascii="Georgia" w:hAnsi="Georgia"/>
          <w:lang w:val="da-DK"/>
        </w:rPr>
        <w:t xml:space="preserve">. </w:t>
      </w:r>
      <w:r w:rsidR="00DF14B1" w:rsidRPr="00C80459">
        <w:rPr>
          <w:rFonts w:ascii="Georgia" w:hAnsi="Georgia"/>
          <w:lang w:val="da-DK"/>
        </w:rPr>
        <w:t xml:space="preserve">Ledelsessekretariatet understøtter desuden chef for Arbejdsmarked og Social i betjeningen af </w:t>
      </w:r>
      <w:r w:rsidR="00FC5EEA" w:rsidRPr="00C80459">
        <w:rPr>
          <w:rFonts w:ascii="Georgia" w:hAnsi="Georgia"/>
          <w:lang w:val="da-DK"/>
        </w:rPr>
        <w:t>politiske fagudvalg</w:t>
      </w:r>
      <w:r w:rsidR="00DF14B1" w:rsidRPr="00C80459">
        <w:rPr>
          <w:rFonts w:ascii="Georgia" w:hAnsi="Georgia"/>
          <w:lang w:val="da-DK"/>
        </w:rPr>
        <w:t xml:space="preserve"> - særligt Arbejdsmarkedsudvalget -</w:t>
      </w:r>
      <w:r w:rsidR="00FC5EEA" w:rsidRPr="00C80459">
        <w:rPr>
          <w:rFonts w:ascii="Georgia" w:hAnsi="Georgia"/>
          <w:lang w:val="da-DK"/>
        </w:rPr>
        <w:t xml:space="preserve"> og byrådet.</w:t>
      </w:r>
    </w:p>
    <w:p w14:paraId="6EC6632B" w14:textId="7C2C760D" w:rsidR="00236D15" w:rsidRPr="00B361C3" w:rsidRDefault="00236D15" w:rsidP="00236D15">
      <w:pPr>
        <w:rPr>
          <w:rFonts w:ascii="Georgia" w:hAnsi="Georgia"/>
          <w:lang w:val="da-DK"/>
        </w:rPr>
      </w:pPr>
    </w:p>
    <w:p w14:paraId="0AA01BB8" w14:textId="066BC08C" w:rsidR="00701246" w:rsidRPr="00236D15" w:rsidRDefault="00C1021F" w:rsidP="00236D15">
      <w:pPr>
        <w:rPr>
          <w:rFonts w:ascii="Georgia" w:hAnsi="Georgia"/>
          <w:b/>
          <w:bCs/>
          <w:lang w:val="da-DK"/>
        </w:rPr>
      </w:pPr>
      <w:r w:rsidRPr="00236D15">
        <w:rPr>
          <w:rFonts w:ascii="Georgia" w:hAnsi="Georgia"/>
          <w:b/>
          <w:bCs/>
          <w:lang w:val="da-DK"/>
        </w:rPr>
        <w:t>Overordnede opgaver</w:t>
      </w:r>
    </w:p>
    <w:p w14:paraId="3B5418B1" w14:textId="20D2FC4A" w:rsidR="00701246" w:rsidRPr="00236D15" w:rsidRDefault="00236D15" w:rsidP="003C3B1E">
      <w:pPr>
        <w:pStyle w:val="Overskrift2"/>
        <w:numPr>
          <w:ilvl w:val="0"/>
          <w:numId w:val="10"/>
        </w:numPr>
        <w:rPr>
          <w:rFonts w:ascii="Georgia" w:hAnsi="Georgia"/>
          <w:color w:val="auto"/>
          <w:sz w:val="22"/>
          <w:szCs w:val="22"/>
          <w:lang w:val="da-DK"/>
        </w:rPr>
      </w:pPr>
      <w:r w:rsidRPr="00236D15">
        <w:rPr>
          <w:rFonts w:ascii="Georgia" w:hAnsi="Georgia"/>
          <w:color w:val="auto"/>
          <w:sz w:val="22"/>
          <w:szCs w:val="22"/>
          <w:lang w:val="da-DK"/>
        </w:rPr>
        <w:t xml:space="preserve"> </w:t>
      </w:r>
      <w:r w:rsidR="00C1021F" w:rsidRPr="00236D15">
        <w:rPr>
          <w:rFonts w:ascii="Georgia" w:hAnsi="Georgia"/>
          <w:color w:val="auto"/>
          <w:sz w:val="22"/>
          <w:szCs w:val="22"/>
          <w:lang w:val="da-DK"/>
        </w:rPr>
        <w:t xml:space="preserve"> </w:t>
      </w:r>
      <w:r w:rsidRPr="00236D15">
        <w:rPr>
          <w:rFonts w:ascii="Georgia" w:hAnsi="Georgia"/>
          <w:color w:val="auto"/>
          <w:sz w:val="22"/>
          <w:szCs w:val="22"/>
          <w:lang w:val="da-DK"/>
        </w:rPr>
        <w:t>L</w:t>
      </w:r>
      <w:r w:rsidR="00C1021F" w:rsidRPr="00236D15">
        <w:rPr>
          <w:rFonts w:ascii="Georgia" w:hAnsi="Georgia"/>
          <w:color w:val="auto"/>
          <w:sz w:val="22"/>
          <w:szCs w:val="22"/>
          <w:lang w:val="da-DK"/>
        </w:rPr>
        <w:t>edelsesunderstøttelse</w:t>
      </w:r>
      <w:r w:rsidRPr="00236D15">
        <w:rPr>
          <w:rFonts w:ascii="Georgia" w:hAnsi="Georgia"/>
          <w:color w:val="auto"/>
          <w:sz w:val="22"/>
          <w:szCs w:val="22"/>
          <w:lang w:val="da-DK"/>
        </w:rPr>
        <w:t xml:space="preserve"> og politisk betjening</w:t>
      </w:r>
    </w:p>
    <w:p w14:paraId="244416A5" w14:textId="5BB30D1D" w:rsidR="00701246" w:rsidRDefault="00C1021F">
      <w:pPr>
        <w:pStyle w:val="Opstilling-punkttegn"/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>Sekretariatsbetjening</w:t>
      </w:r>
      <w:r w:rsidR="003C3B1E">
        <w:rPr>
          <w:rFonts w:ascii="Georgia" w:hAnsi="Georgia"/>
          <w:lang w:val="da-DK"/>
        </w:rPr>
        <w:t xml:space="preserve"> (dagsorden, referat og beslutningsopfølgning)</w:t>
      </w:r>
      <w:r w:rsidRPr="00236D15">
        <w:rPr>
          <w:rFonts w:ascii="Georgia" w:hAnsi="Georgia"/>
          <w:lang w:val="da-DK"/>
        </w:rPr>
        <w:t xml:space="preserve"> af chefgruppen, ledergruppen, OMU</w:t>
      </w:r>
      <w:r w:rsidR="00236D15">
        <w:rPr>
          <w:rFonts w:ascii="Georgia" w:hAnsi="Georgia"/>
          <w:lang w:val="da-DK"/>
        </w:rPr>
        <w:t xml:space="preserve">, </w:t>
      </w:r>
      <w:proofErr w:type="spellStart"/>
      <w:r w:rsidR="00236D15">
        <w:rPr>
          <w:rFonts w:ascii="Georgia" w:hAnsi="Georgia"/>
          <w:lang w:val="da-DK"/>
        </w:rPr>
        <w:t>LMU’er</w:t>
      </w:r>
      <w:proofErr w:type="spellEnd"/>
      <w:r w:rsidRPr="00236D15">
        <w:rPr>
          <w:rFonts w:ascii="Georgia" w:hAnsi="Georgia"/>
          <w:lang w:val="da-DK"/>
        </w:rPr>
        <w:t xml:space="preserve"> og øvrige strategiske fora</w:t>
      </w:r>
      <w:r w:rsidR="003C3B1E">
        <w:rPr>
          <w:rFonts w:ascii="Georgia" w:hAnsi="Georgia"/>
          <w:lang w:val="da-DK"/>
        </w:rPr>
        <w:t xml:space="preserve"> både internt og</w:t>
      </w:r>
      <w:r w:rsidR="00121141">
        <w:rPr>
          <w:rFonts w:ascii="Georgia" w:hAnsi="Georgia"/>
          <w:lang w:val="da-DK"/>
        </w:rPr>
        <w:t xml:space="preserve"> eksternt</w:t>
      </w:r>
      <w:r w:rsidR="00434A85">
        <w:rPr>
          <w:rFonts w:ascii="Georgia" w:hAnsi="Georgia"/>
          <w:lang w:val="da-DK"/>
        </w:rPr>
        <w:t>.</w:t>
      </w:r>
    </w:p>
    <w:p w14:paraId="122860AC" w14:textId="067F0D77" w:rsidR="003C3B1E" w:rsidRPr="00236D15" w:rsidRDefault="003C3B1E">
      <w:pPr>
        <w:pStyle w:val="Opstilling-punkttegn"/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t>Betjening</w:t>
      </w:r>
      <w:r w:rsidR="00121141">
        <w:rPr>
          <w:rFonts w:ascii="Georgia" w:hAnsi="Georgia"/>
          <w:lang w:val="da-DK"/>
        </w:rPr>
        <w:t xml:space="preserve"> og servicering</w:t>
      </w:r>
      <w:r>
        <w:rPr>
          <w:rFonts w:ascii="Georgia" w:hAnsi="Georgia"/>
          <w:lang w:val="da-DK"/>
        </w:rPr>
        <w:t xml:space="preserve"> af chef for Arbejdsmarked og Social og områdechefer</w:t>
      </w:r>
      <w:r w:rsidR="00434A85">
        <w:rPr>
          <w:rFonts w:ascii="Georgia" w:hAnsi="Georgia"/>
          <w:lang w:val="da-DK"/>
        </w:rPr>
        <w:t>.</w:t>
      </w:r>
    </w:p>
    <w:p w14:paraId="44D62757" w14:textId="5FBB834B" w:rsidR="00236D15" w:rsidRDefault="00236D15">
      <w:pPr>
        <w:pStyle w:val="Opstilling-punkttegn"/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t>Betjening af politiske fagudvalg og byrådet</w:t>
      </w:r>
      <w:r w:rsidR="00434A85">
        <w:rPr>
          <w:rFonts w:ascii="Georgia" w:hAnsi="Georgia"/>
          <w:lang w:val="da-DK"/>
        </w:rPr>
        <w:t>.</w:t>
      </w:r>
    </w:p>
    <w:p w14:paraId="6A0927C8" w14:textId="01F3A81E" w:rsidR="003C3B1E" w:rsidRPr="00236D15" w:rsidRDefault="003C3B1E" w:rsidP="003C3B1E">
      <w:pPr>
        <w:pStyle w:val="Opstilling-punkttegn"/>
        <w:rPr>
          <w:rFonts w:ascii="Georgia" w:hAnsi="Georgia"/>
          <w:lang w:val="da-DK"/>
        </w:rPr>
      </w:pPr>
      <w:r w:rsidRPr="00C80459">
        <w:rPr>
          <w:rFonts w:ascii="Georgia" w:hAnsi="Georgia"/>
          <w:lang w:val="da-DK"/>
        </w:rPr>
        <w:t>Sparring med</w:t>
      </w:r>
      <w:r w:rsidR="00DF14B1" w:rsidRPr="00C80459">
        <w:rPr>
          <w:rFonts w:ascii="Georgia" w:hAnsi="Georgia"/>
          <w:lang w:val="da-DK"/>
        </w:rPr>
        <w:t xml:space="preserve"> og understøttelse af</w:t>
      </w:r>
      <w:r w:rsidRPr="00C80459">
        <w:rPr>
          <w:rFonts w:ascii="Georgia" w:hAnsi="Georgia"/>
          <w:lang w:val="da-DK"/>
        </w:rPr>
        <w:t xml:space="preserve"> områdechefer</w:t>
      </w:r>
      <w:r w:rsidR="00DF14B1" w:rsidRPr="00C80459">
        <w:rPr>
          <w:rFonts w:ascii="Georgia" w:hAnsi="Georgia"/>
          <w:lang w:val="da-DK"/>
        </w:rPr>
        <w:t xml:space="preserve">, </w:t>
      </w:r>
      <w:r w:rsidRPr="00C80459">
        <w:rPr>
          <w:rFonts w:ascii="Georgia" w:hAnsi="Georgia"/>
          <w:lang w:val="da-DK"/>
        </w:rPr>
        <w:t>afdelingsledere</w:t>
      </w:r>
      <w:r w:rsidR="00DF14B1" w:rsidRPr="00C80459">
        <w:rPr>
          <w:rFonts w:ascii="Georgia" w:hAnsi="Georgia"/>
          <w:lang w:val="da-DK"/>
        </w:rPr>
        <w:t xml:space="preserve"> og faglige koordinatorer</w:t>
      </w:r>
      <w:r w:rsidRPr="00236D15">
        <w:rPr>
          <w:rFonts w:ascii="Georgia" w:hAnsi="Georgia"/>
          <w:lang w:val="da-DK"/>
        </w:rPr>
        <w:t xml:space="preserve"> om</w:t>
      </w:r>
      <w:r w:rsidR="00121141">
        <w:rPr>
          <w:rFonts w:ascii="Georgia" w:hAnsi="Georgia"/>
          <w:lang w:val="da-DK"/>
        </w:rPr>
        <w:t xml:space="preserve"> igangsættelse, opfølgning og</w:t>
      </w:r>
      <w:r w:rsidRPr="00236D15">
        <w:rPr>
          <w:rFonts w:ascii="Georgia" w:hAnsi="Georgia"/>
          <w:lang w:val="da-DK"/>
        </w:rPr>
        <w:t xml:space="preserve"> formidling af </w:t>
      </w:r>
      <w:r w:rsidR="00121141">
        <w:rPr>
          <w:rFonts w:ascii="Georgia" w:hAnsi="Georgia"/>
          <w:lang w:val="da-DK"/>
        </w:rPr>
        <w:t>diverse tiltag</w:t>
      </w:r>
      <w:r w:rsidR="00434A85">
        <w:rPr>
          <w:rFonts w:ascii="Georgia" w:hAnsi="Georgia"/>
          <w:lang w:val="da-DK"/>
        </w:rPr>
        <w:t>.</w:t>
      </w:r>
    </w:p>
    <w:p w14:paraId="4FBFC1E5" w14:textId="12C04722" w:rsidR="00701246" w:rsidRPr="003C3B1E" w:rsidRDefault="003C3B1E" w:rsidP="003C3B1E">
      <w:pPr>
        <w:pStyle w:val="Opstilling-punkttegn"/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>Kvalitetssikring og udarbejdelse af beslutningsoplæg og præsentationer til chef</w:t>
      </w:r>
      <w:r w:rsidR="00121141">
        <w:rPr>
          <w:rFonts w:ascii="Georgia" w:hAnsi="Georgia"/>
          <w:lang w:val="da-DK"/>
        </w:rPr>
        <w:t xml:space="preserve"> for Arbejdsmarked og Social, områdechefer, afdelingsledere</w:t>
      </w:r>
      <w:r w:rsidRPr="00236D15">
        <w:rPr>
          <w:rFonts w:ascii="Georgia" w:hAnsi="Georgia"/>
          <w:lang w:val="da-DK"/>
        </w:rPr>
        <w:t xml:space="preserve"> og politisk niveau.</w:t>
      </w:r>
    </w:p>
    <w:p w14:paraId="0A7E5F1D" w14:textId="1C4ACAB3" w:rsidR="00701246" w:rsidRPr="00236D15" w:rsidRDefault="00C1021F" w:rsidP="003C3B1E">
      <w:pPr>
        <w:pStyle w:val="Overskrift2"/>
        <w:numPr>
          <w:ilvl w:val="0"/>
          <w:numId w:val="10"/>
        </w:numPr>
        <w:rPr>
          <w:rFonts w:ascii="Georgia" w:hAnsi="Georgia"/>
          <w:color w:val="auto"/>
          <w:sz w:val="22"/>
          <w:szCs w:val="22"/>
          <w:lang w:val="da-DK"/>
        </w:rPr>
      </w:pPr>
      <w:r w:rsidRPr="00236D15">
        <w:rPr>
          <w:rFonts w:ascii="Georgia" w:hAnsi="Georgia"/>
          <w:color w:val="auto"/>
          <w:sz w:val="22"/>
          <w:szCs w:val="22"/>
          <w:lang w:val="da-DK"/>
        </w:rPr>
        <w:t xml:space="preserve"> </w:t>
      </w:r>
      <w:r w:rsidR="00236D15" w:rsidRPr="00236D15">
        <w:rPr>
          <w:rFonts w:ascii="Georgia" w:hAnsi="Georgia"/>
          <w:color w:val="auto"/>
          <w:sz w:val="22"/>
          <w:szCs w:val="22"/>
          <w:lang w:val="da-DK"/>
        </w:rPr>
        <w:t>Udvikling, s</w:t>
      </w:r>
      <w:r w:rsidRPr="00236D15">
        <w:rPr>
          <w:rFonts w:ascii="Georgia" w:hAnsi="Georgia"/>
          <w:color w:val="auto"/>
          <w:sz w:val="22"/>
          <w:szCs w:val="22"/>
          <w:lang w:val="da-DK"/>
        </w:rPr>
        <w:t>trategi-</w:t>
      </w:r>
      <w:r w:rsidR="00236D15" w:rsidRPr="00236D15">
        <w:rPr>
          <w:rFonts w:ascii="Georgia" w:hAnsi="Georgia"/>
          <w:color w:val="auto"/>
          <w:sz w:val="22"/>
          <w:szCs w:val="22"/>
          <w:lang w:val="da-DK"/>
        </w:rPr>
        <w:t xml:space="preserve"> og driftsun</w:t>
      </w:r>
      <w:r w:rsidR="00236D15">
        <w:rPr>
          <w:rFonts w:ascii="Georgia" w:hAnsi="Georgia"/>
          <w:color w:val="auto"/>
          <w:sz w:val="22"/>
          <w:szCs w:val="22"/>
          <w:lang w:val="da-DK"/>
        </w:rPr>
        <w:t>derstøttelse</w:t>
      </w:r>
    </w:p>
    <w:p w14:paraId="4E87EE62" w14:textId="20DFF891" w:rsidR="003C3B1E" w:rsidRDefault="003C3B1E" w:rsidP="00236D15">
      <w:pPr>
        <w:pStyle w:val="Opstilling-punkttegn"/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t>At understøtte chef- og ledergruppen i både strategiudvikling og driftsunderstøttelse, herunder også juridisk understøttelse og understøttelse i datadrevet ledelse</w:t>
      </w:r>
      <w:r w:rsidR="00434A85">
        <w:rPr>
          <w:rFonts w:ascii="Georgia" w:hAnsi="Georgia"/>
          <w:lang w:val="da-DK"/>
        </w:rPr>
        <w:t>.</w:t>
      </w:r>
    </w:p>
    <w:p w14:paraId="33737433" w14:textId="014C3FF9" w:rsidR="00236D15" w:rsidRDefault="003C3B1E" w:rsidP="00236D15">
      <w:pPr>
        <w:pStyle w:val="Opstilling-punkttegn"/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t>At k</w:t>
      </w:r>
      <w:r w:rsidR="00236D15" w:rsidRPr="00236D15">
        <w:rPr>
          <w:rFonts w:ascii="Georgia" w:hAnsi="Georgia"/>
          <w:lang w:val="da-DK"/>
        </w:rPr>
        <w:t>oordinere</w:t>
      </w:r>
      <w:r>
        <w:rPr>
          <w:rFonts w:ascii="Georgia" w:hAnsi="Georgia"/>
          <w:lang w:val="da-DK"/>
        </w:rPr>
        <w:t>, sikre fremdrift og</w:t>
      </w:r>
      <w:r w:rsidR="00236D15">
        <w:rPr>
          <w:rFonts w:ascii="Georgia" w:hAnsi="Georgia"/>
          <w:lang w:val="da-DK"/>
        </w:rPr>
        <w:t xml:space="preserve"> understøtte udmøntningen af</w:t>
      </w:r>
      <w:r w:rsidR="00236D15" w:rsidRPr="00236D15">
        <w:rPr>
          <w:rFonts w:ascii="Georgia" w:hAnsi="Georgia"/>
          <w:lang w:val="da-DK"/>
        </w:rPr>
        <w:t xml:space="preserve"> strategiske udviklingstiltag som</w:t>
      </w:r>
      <w:r w:rsidR="00FC5EEA">
        <w:rPr>
          <w:rFonts w:ascii="Georgia" w:hAnsi="Georgia"/>
          <w:lang w:val="da-DK"/>
        </w:rPr>
        <w:t xml:space="preserve"> større reformer</w:t>
      </w:r>
      <w:r w:rsidR="00236D15" w:rsidRPr="00236D15">
        <w:rPr>
          <w:rFonts w:ascii="Georgia" w:hAnsi="Georgia"/>
          <w:lang w:val="da-DK"/>
        </w:rPr>
        <w:t>, kernefortælling</w:t>
      </w:r>
      <w:r w:rsidR="00236D15">
        <w:rPr>
          <w:rFonts w:ascii="Georgia" w:hAnsi="Georgia"/>
          <w:lang w:val="da-DK"/>
        </w:rPr>
        <w:t>en</w:t>
      </w:r>
      <w:r w:rsidR="00236D15" w:rsidRPr="00236D15">
        <w:rPr>
          <w:rFonts w:ascii="Georgia" w:hAnsi="Georgia"/>
          <w:lang w:val="da-DK"/>
        </w:rPr>
        <w:t xml:space="preserve"> og</w:t>
      </w:r>
      <w:r w:rsidR="00236D15">
        <w:rPr>
          <w:rFonts w:ascii="Georgia" w:hAnsi="Georgia"/>
          <w:lang w:val="da-DK"/>
        </w:rPr>
        <w:t xml:space="preserve"> det</w:t>
      </w:r>
      <w:r w:rsidR="00236D15" w:rsidRPr="00236D15">
        <w:rPr>
          <w:rFonts w:ascii="Georgia" w:hAnsi="Georgia"/>
          <w:lang w:val="da-DK"/>
        </w:rPr>
        <w:t xml:space="preserve"> fælles fagligt mindset</w:t>
      </w:r>
      <w:r w:rsidR="00434A85">
        <w:rPr>
          <w:rFonts w:ascii="Georgia" w:hAnsi="Georgia"/>
          <w:lang w:val="da-DK"/>
        </w:rPr>
        <w:t>.</w:t>
      </w:r>
    </w:p>
    <w:p w14:paraId="6A9336EE" w14:textId="387796BA" w:rsidR="00236D15" w:rsidRDefault="003C3B1E" w:rsidP="003C3B1E">
      <w:pPr>
        <w:pStyle w:val="Opstilling-punkttegn"/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t>At u</w:t>
      </w:r>
      <w:r w:rsidR="00236D15">
        <w:rPr>
          <w:rFonts w:ascii="Georgia" w:hAnsi="Georgia"/>
          <w:lang w:val="da-DK"/>
        </w:rPr>
        <w:t>nderstøtte d</w:t>
      </w:r>
      <w:r w:rsidR="00236D15" w:rsidRPr="00236D15">
        <w:rPr>
          <w:rFonts w:ascii="Georgia" w:hAnsi="Georgia"/>
          <w:lang w:val="da-DK"/>
        </w:rPr>
        <w:t>e politisk besluttede mål, som Arbejdsmarked og Social overordnet arbejder ud fra</w:t>
      </w:r>
      <w:r w:rsidR="00236D15">
        <w:rPr>
          <w:rFonts w:ascii="Georgia" w:hAnsi="Georgia"/>
          <w:lang w:val="da-DK"/>
        </w:rPr>
        <w:t xml:space="preserve"> </w:t>
      </w:r>
      <w:r>
        <w:rPr>
          <w:rFonts w:ascii="Georgia" w:hAnsi="Georgia"/>
          <w:lang w:val="da-DK"/>
        </w:rPr>
        <w:t xml:space="preserve">og </w:t>
      </w:r>
      <w:r w:rsidR="00236D15" w:rsidRPr="00236D15">
        <w:rPr>
          <w:rFonts w:ascii="Georgia" w:hAnsi="Georgia"/>
          <w:lang w:val="da-DK"/>
        </w:rPr>
        <w:t>de enkelte afdelingers mål-middel-hierarkier</w:t>
      </w:r>
      <w:r w:rsidR="00434A85">
        <w:rPr>
          <w:rFonts w:ascii="Georgia" w:hAnsi="Georgia"/>
          <w:lang w:val="da-DK"/>
        </w:rPr>
        <w:t>.</w:t>
      </w:r>
    </w:p>
    <w:p w14:paraId="3EEB72E1" w14:textId="5F99A650" w:rsidR="00701246" w:rsidRDefault="003C3B1E" w:rsidP="003C3B1E">
      <w:pPr>
        <w:pStyle w:val="Opstilling-punkttegn"/>
        <w:rPr>
          <w:rFonts w:ascii="Georgia" w:hAnsi="Georgia"/>
          <w:lang w:val="da-DK"/>
        </w:rPr>
      </w:pPr>
      <w:r>
        <w:rPr>
          <w:rFonts w:ascii="Georgia" w:hAnsi="Georgia"/>
          <w:lang w:val="da-DK"/>
        </w:rPr>
        <w:t xml:space="preserve">At bidrage </w:t>
      </w:r>
      <w:r w:rsidR="00C1021F" w:rsidRPr="003C3B1E">
        <w:rPr>
          <w:rFonts w:ascii="Georgia" w:hAnsi="Georgia"/>
          <w:lang w:val="da-DK"/>
        </w:rPr>
        <w:t>til digitalisering – herunder test og implementering af nye værktøjer som AI-løsninger</w:t>
      </w:r>
      <w:r w:rsidR="00DD6E34">
        <w:rPr>
          <w:rFonts w:ascii="Georgia" w:hAnsi="Georgia"/>
          <w:lang w:val="da-DK"/>
        </w:rPr>
        <w:t xml:space="preserve"> </w:t>
      </w:r>
      <w:r w:rsidR="00DD6E34" w:rsidRPr="00C80459">
        <w:rPr>
          <w:rFonts w:ascii="Georgia" w:hAnsi="Georgia"/>
          <w:lang w:val="da-DK"/>
        </w:rPr>
        <w:t>og øvrige relevante digitale tilbud</w:t>
      </w:r>
      <w:r w:rsidR="00434A85">
        <w:rPr>
          <w:rFonts w:ascii="Georgia" w:hAnsi="Georgia"/>
          <w:lang w:val="da-DK"/>
        </w:rPr>
        <w:t>.</w:t>
      </w:r>
    </w:p>
    <w:p w14:paraId="153D22B9" w14:textId="7F4C1850" w:rsidR="00F721B9" w:rsidRPr="003C3B1E" w:rsidRDefault="00F721B9" w:rsidP="003C3B1E">
      <w:pPr>
        <w:pStyle w:val="Opstilling-punkttegn"/>
        <w:rPr>
          <w:rFonts w:ascii="Georgia" w:hAnsi="Georgia"/>
          <w:lang w:val="da-DK"/>
        </w:rPr>
      </w:pPr>
      <w:r w:rsidRPr="00C80459">
        <w:rPr>
          <w:rFonts w:ascii="Georgia" w:hAnsi="Georgia"/>
          <w:lang w:val="da-DK"/>
        </w:rPr>
        <w:t>Koordinering og sikring af sammenhæng med hele organisationen på tværs af Skanderborg Kommune, herunder deltagelse i tværgående initiativer, projekter og processer.</w:t>
      </w:r>
    </w:p>
    <w:p w14:paraId="2DCDC09A" w14:textId="05C605B8" w:rsidR="00701246" w:rsidRPr="00236D15" w:rsidRDefault="00C1021F">
      <w:pPr>
        <w:pStyle w:val="Overskrift1"/>
        <w:rPr>
          <w:rFonts w:ascii="Georgia" w:hAnsi="Georgia"/>
          <w:color w:val="auto"/>
          <w:sz w:val="22"/>
          <w:szCs w:val="22"/>
          <w:lang w:val="da-DK"/>
        </w:rPr>
      </w:pPr>
      <w:r w:rsidRPr="00236D15">
        <w:rPr>
          <w:rFonts w:ascii="Georgia" w:hAnsi="Georgia"/>
          <w:color w:val="auto"/>
          <w:sz w:val="22"/>
          <w:szCs w:val="22"/>
          <w:lang w:val="da-DK"/>
        </w:rPr>
        <w:t>Organisa</w:t>
      </w:r>
      <w:r w:rsidR="003C3B1E">
        <w:rPr>
          <w:rFonts w:ascii="Georgia" w:hAnsi="Georgia"/>
          <w:color w:val="auto"/>
          <w:sz w:val="22"/>
          <w:szCs w:val="22"/>
          <w:lang w:val="da-DK"/>
        </w:rPr>
        <w:t>torisk forankring og samarbejde</w:t>
      </w:r>
    </w:p>
    <w:p w14:paraId="084A11DB" w14:textId="77777777" w:rsidR="007E10C6" w:rsidRDefault="00C1021F">
      <w:pPr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>Ledelsessekretariatet er organisatorisk forankret under områdechef</w:t>
      </w:r>
    </w:p>
    <w:p w14:paraId="041F19FD" w14:textId="4C8E406A" w:rsidR="00084C96" w:rsidRPr="00236D15" w:rsidRDefault="0084796C">
      <w:pPr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 xml:space="preserve">Ledelsessekretariatet </w:t>
      </w:r>
      <w:r w:rsidR="00C1021F" w:rsidRPr="00236D15">
        <w:rPr>
          <w:rFonts w:ascii="Georgia" w:hAnsi="Georgia"/>
          <w:lang w:val="da-DK"/>
        </w:rPr>
        <w:t xml:space="preserve">består af </w:t>
      </w:r>
      <w:r w:rsidR="00121141">
        <w:rPr>
          <w:rFonts w:ascii="Georgia" w:hAnsi="Georgia"/>
          <w:lang w:val="da-DK"/>
        </w:rPr>
        <w:t xml:space="preserve">medarbejdere med både </w:t>
      </w:r>
      <w:r w:rsidR="00C1021F" w:rsidRPr="00236D15">
        <w:rPr>
          <w:rFonts w:ascii="Georgia" w:hAnsi="Georgia"/>
          <w:lang w:val="da-DK"/>
        </w:rPr>
        <w:t>administrative og konsulentfunktioner</w:t>
      </w:r>
      <w:r w:rsidR="00121141">
        <w:rPr>
          <w:rFonts w:ascii="Georgia" w:hAnsi="Georgia"/>
          <w:lang w:val="da-DK"/>
        </w:rPr>
        <w:t>. U</w:t>
      </w:r>
      <w:r w:rsidR="003C3B1E">
        <w:rPr>
          <w:rFonts w:ascii="Georgia" w:hAnsi="Georgia"/>
          <w:lang w:val="da-DK"/>
        </w:rPr>
        <w:t xml:space="preserve">dover chefer, leder og medarbejdere i Arbejdsmarked og Social </w:t>
      </w:r>
      <w:r w:rsidR="00121141">
        <w:rPr>
          <w:rFonts w:ascii="Georgia" w:hAnsi="Georgia"/>
          <w:lang w:val="da-DK"/>
        </w:rPr>
        <w:t>samarbejder Ledelsessekretariatet</w:t>
      </w:r>
      <w:r w:rsidR="00121141" w:rsidRPr="00236D15">
        <w:rPr>
          <w:rFonts w:ascii="Georgia" w:hAnsi="Georgia"/>
          <w:lang w:val="da-DK"/>
        </w:rPr>
        <w:t xml:space="preserve"> </w:t>
      </w:r>
      <w:r w:rsidR="003C3B1E">
        <w:rPr>
          <w:rFonts w:ascii="Georgia" w:hAnsi="Georgia"/>
          <w:lang w:val="da-DK"/>
        </w:rPr>
        <w:t>også</w:t>
      </w:r>
      <w:r w:rsidR="00C1021F" w:rsidRPr="00236D15">
        <w:rPr>
          <w:rFonts w:ascii="Georgia" w:hAnsi="Georgia"/>
          <w:lang w:val="da-DK"/>
        </w:rPr>
        <w:t xml:space="preserve"> med</w:t>
      </w:r>
      <w:r w:rsidR="003C3B1E">
        <w:rPr>
          <w:rFonts w:ascii="Georgia" w:hAnsi="Georgia"/>
          <w:lang w:val="da-DK"/>
        </w:rPr>
        <w:t xml:space="preserve"> ø</w:t>
      </w:r>
      <w:r w:rsidR="00C1021F" w:rsidRPr="00236D15">
        <w:rPr>
          <w:rFonts w:ascii="Georgia" w:hAnsi="Georgia"/>
          <w:lang w:val="da-DK"/>
        </w:rPr>
        <w:t>vrige stabsfunktioner og fagområder/sekretariate</w:t>
      </w:r>
      <w:r w:rsidR="00084C96" w:rsidRPr="00236D15">
        <w:rPr>
          <w:rFonts w:ascii="Georgia" w:hAnsi="Georgia"/>
          <w:lang w:val="da-DK"/>
        </w:rPr>
        <w:t>r</w:t>
      </w:r>
      <w:r w:rsidR="00121141">
        <w:rPr>
          <w:rFonts w:ascii="Georgia" w:hAnsi="Georgia"/>
          <w:lang w:val="da-DK"/>
        </w:rPr>
        <w:t xml:space="preserve">. </w:t>
      </w:r>
    </w:p>
    <w:p w14:paraId="7FDF2C74" w14:textId="77777777" w:rsidR="00701246" w:rsidRPr="003C3B1E" w:rsidRDefault="00C1021F">
      <w:pPr>
        <w:pStyle w:val="Overskrift1"/>
        <w:rPr>
          <w:rFonts w:ascii="Georgia" w:hAnsi="Georgia"/>
          <w:color w:val="auto"/>
          <w:sz w:val="22"/>
          <w:szCs w:val="22"/>
          <w:lang w:val="da-DK"/>
        </w:rPr>
      </w:pPr>
      <w:r w:rsidRPr="003C3B1E">
        <w:rPr>
          <w:rFonts w:ascii="Georgia" w:hAnsi="Georgia"/>
          <w:color w:val="auto"/>
          <w:sz w:val="22"/>
          <w:szCs w:val="22"/>
          <w:lang w:val="da-DK"/>
        </w:rPr>
        <w:t>Anvendelse i det daglige samarbejde</w:t>
      </w:r>
    </w:p>
    <w:p w14:paraId="2FB95EF2" w14:textId="77777777" w:rsidR="00701246" w:rsidRPr="00236D15" w:rsidRDefault="00C1021F">
      <w:pPr>
        <w:pStyle w:val="Opstilling-punkttegn"/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 xml:space="preserve">Beskrivelsen gennemgås ved </w:t>
      </w:r>
      <w:proofErr w:type="spellStart"/>
      <w:r w:rsidRPr="00236D15">
        <w:rPr>
          <w:rFonts w:ascii="Georgia" w:hAnsi="Georgia"/>
          <w:lang w:val="da-DK"/>
        </w:rPr>
        <w:t>onboarding</w:t>
      </w:r>
      <w:proofErr w:type="spellEnd"/>
      <w:r w:rsidRPr="00236D15">
        <w:rPr>
          <w:rFonts w:ascii="Georgia" w:hAnsi="Georgia"/>
          <w:lang w:val="da-DK"/>
        </w:rPr>
        <w:t xml:space="preserve"> af nye medarbejdere i Ledelsessekretariatet.</w:t>
      </w:r>
    </w:p>
    <w:p w14:paraId="757C26AE" w14:textId="77777777" w:rsidR="00701246" w:rsidRPr="00236D15" w:rsidRDefault="00C1021F">
      <w:pPr>
        <w:pStyle w:val="Opstilling-punkttegn"/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>Den anvendes som pejlemærke for opgavefordeling og forventningsafstemning.</w:t>
      </w:r>
    </w:p>
    <w:p w14:paraId="01B1BEFC" w14:textId="3BC24EFC" w:rsidR="00701246" w:rsidRPr="003C3B1E" w:rsidRDefault="00C1021F" w:rsidP="003C3B1E">
      <w:pPr>
        <w:pStyle w:val="Opstilling-punkttegn"/>
        <w:rPr>
          <w:rFonts w:ascii="Georgia" w:hAnsi="Georgia"/>
          <w:lang w:val="da-DK"/>
        </w:rPr>
      </w:pPr>
      <w:r w:rsidRPr="00236D15">
        <w:rPr>
          <w:rFonts w:ascii="Georgia" w:hAnsi="Georgia"/>
          <w:lang w:val="da-DK"/>
        </w:rPr>
        <w:t>Drøftes årligt i chefgruppen med henblik på opdatering og udvikling.</w:t>
      </w:r>
    </w:p>
    <w:sectPr w:rsidR="00701246" w:rsidRPr="003C3B1E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6150C" w14:textId="77777777" w:rsidR="004E1A95" w:rsidRDefault="004E1A95" w:rsidP="003C3B1E">
      <w:pPr>
        <w:spacing w:after="0" w:line="240" w:lineRule="auto"/>
      </w:pPr>
      <w:r>
        <w:separator/>
      </w:r>
    </w:p>
  </w:endnote>
  <w:endnote w:type="continuationSeparator" w:id="0">
    <w:p w14:paraId="5048560F" w14:textId="77777777" w:rsidR="004E1A95" w:rsidRDefault="004E1A95" w:rsidP="003C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6AF4" w14:textId="524247AC" w:rsidR="003C3B1E" w:rsidRPr="003C3B1E" w:rsidRDefault="003C3B1E" w:rsidP="003C3B1E">
    <w:pPr>
      <w:pStyle w:val="Sidefod"/>
      <w:jc w:val="right"/>
      <w:rPr>
        <w:rFonts w:ascii="Georgia" w:hAnsi="Georgia"/>
        <w:lang w:val="da-DK"/>
      </w:rPr>
    </w:pPr>
    <w:r w:rsidRPr="003C3B1E">
      <w:rPr>
        <w:rFonts w:ascii="Georgia" w:hAnsi="Georgia"/>
        <w:lang w:val="da-DK"/>
      </w:rPr>
      <w:t>Revideret juni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34A2" w14:textId="77777777" w:rsidR="004E1A95" w:rsidRDefault="004E1A95" w:rsidP="003C3B1E">
      <w:pPr>
        <w:spacing w:after="0" w:line="240" w:lineRule="auto"/>
      </w:pPr>
      <w:r>
        <w:separator/>
      </w:r>
    </w:p>
  </w:footnote>
  <w:footnote w:type="continuationSeparator" w:id="0">
    <w:p w14:paraId="4710A0BA" w14:textId="77777777" w:rsidR="004E1A95" w:rsidRDefault="004E1A95" w:rsidP="003C3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698BF8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9240DB2"/>
    <w:multiLevelType w:val="hybridMultilevel"/>
    <w:tmpl w:val="5772047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5BB"/>
    <w:rsid w:val="0006063C"/>
    <w:rsid w:val="00084C96"/>
    <w:rsid w:val="000B5FD1"/>
    <w:rsid w:val="00121141"/>
    <w:rsid w:val="0015074B"/>
    <w:rsid w:val="00236D15"/>
    <w:rsid w:val="0029639D"/>
    <w:rsid w:val="00326F90"/>
    <w:rsid w:val="003731D0"/>
    <w:rsid w:val="003C3B1E"/>
    <w:rsid w:val="003E253B"/>
    <w:rsid w:val="00434A85"/>
    <w:rsid w:val="004E1A95"/>
    <w:rsid w:val="005E0BF1"/>
    <w:rsid w:val="006A4303"/>
    <w:rsid w:val="00701246"/>
    <w:rsid w:val="007C1FC0"/>
    <w:rsid w:val="007E10C6"/>
    <w:rsid w:val="0084796C"/>
    <w:rsid w:val="00956322"/>
    <w:rsid w:val="00A20FD8"/>
    <w:rsid w:val="00A31E89"/>
    <w:rsid w:val="00AA1D8D"/>
    <w:rsid w:val="00B361C3"/>
    <w:rsid w:val="00B47730"/>
    <w:rsid w:val="00BA02B5"/>
    <w:rsid w:val="00BA3057"/>
    <w:rsid w:val="00BA501F"/>
    <w:rsid w:val="00C1021F"/>
    <w:rsid w:val="00C80459"/>
    <w:rsid w:val="00CB0664"/>
    <w:rsid w:val="00CE0E40"/>
    <w:rsid w:val="00DA71F5"/>
    <w:rsid w:val="00DD6E34"/>
    <w:rsid w:val="00DF14B1"/>
    <w:rsid w:val="00F721B9"/>
    <w:rsid w:val="00FC5E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5B752"/>
  <w14:defaultImageDpi w14:val="300"/>
  <w15:docId w15:val="{A5CF77B4-F478-4F46-98E3-7427B2FD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Korrektur">
    <w:name w:val="Revision"/>
    <w:hidden/>
    <w:uiPriority w:val="99"/>
    <w:semiHidden/>
    <w:rsid w:val="00BA501F"/>
    <w:pPr>
      <w:spacing w:after="0" w:line="240" w:lineRule="auto"/>
    </w:pPr>
    <w:rPr>
      <w:rFonts w:ascii="Calibri" w:hAnsi="Calibri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A501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A501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A501F"/>
    <w:rPr>
      <w:rFonts w:ascii="Calibri" w:hAnsi="Calibri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A501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A501F"/>
    <w:rPr>
      <w:rFonts w:ascii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5E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Anders Litrup Sørensen</cp:lastModifiedBy>
  <cp:revision>2</cp:revision>
  <dcterms:created xsi:type="dcterms:W3CDTF">2025-06-25T07:49:00Z</dcterms:created>
  <dcterms:modified xsi:type="dcterms:W3CDTF">2025-06-25T07:49:00Z</dcterms:modified>
  <cp:category/>
</cp:coreProperties>
</file>